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BA5E" w14:textId="77777777" w:rsidR="004E28D6" w:rsidRDefault="00167FBF">
      <w:pPr>
        <w:spacing w:after="40"/>
        <w:jc w:val="center"/>
      </w:pPr>
      <w:r>
        <w:rPr>
          <w:b/>
          <w:sz w:val="44"/>
        </w:rPr>
        <w:t>BEPLANTNING &amp; FÆLDNING</w:t>
      </w:r>
    </w:p>
    <w:p w14:paraId="06EE818B" w14:textId="77777777" w:rsidR="004E28D6" w:rsidRDefault="00167FBF">
      <w:pPr>
        <w:spacing w:after="180"/>
        <w:jc w:val="center"/>
      </w:pPr>
      <w:r>
        <w:rPr>
          <w:b/>
          <w:sz w:val="22"/>
        </w:rPr>
        <w:t>GOLFSVINGET · 9640 FARSØ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4E28D6" w14:paraId="3A208C53" w14:textId="77777777">
        <w:trPr>
          <w:jc w:val="center"/>
        </w:trPr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06EC595D" w14:textId="77777777" w:rsidR="004E28D6" w:rsidRDefault="00167FBF">
            <w:pPr>
              <w:spacing w:after="0"/>
            </w:pPr>
            <w:r>
              <w:rPr>
                <w:b/>
                <w:sz w:val="16"/>
              </w:rPr>
              <w:t>HUS NR.</w:t>
            </w:r>
            <w:r>
              <w:rPr>
                <w:b/>
                <w:sz w:val="16"/>
              </w:rPr>
              <w:br/>
            </w:r>
            <w:r>
              <w:rPr>
                <w:color w:val="828282"/>
              </w:rPr>
              <w:t>Skriv her</w:t>
            </w:r>
          </w:p>
        </w:tc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342CEA2D" w14:textId="77777777" w:rsidR="004E28D6" w:rsidRDefault="00167FBF">
            <w:pPr>
              <w:spacing w:after="0"/>
            </w:pPr>
            <w:r>
              <w:rPr>
                <w:b/>
                <w:sz w:val="16"/>
              </w:rPr>
              <w:t>NAVN</w:t>
            </w:r>
            <w:r>
              <w:rPr>
                <w:b/>
                <w:sz w:val="16"/>
              </w:rPr>
              <w:br/>
            </w:r>
            <w:r>
              <w:rPr>
                <w:color w:val="828282"/>
              </w:rPr>
              <w:t>Skriv her</w:t>
            </w:r>
          </w:p>
        </w:tc>
      </w:tr>
      <w:tr w:rsidR="004E28D6" w14:paraId="64AFC906" w14:textId="77777777">
        <w:trPr>
          <w:jc w:val="center"/>
        </w:trPr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0DB42D0A" w14:textId="77777777" w:rsidR="004E28D6" w:rsidRDefault="00167FBF">
            <w:pPr>
              <w:spacing w:after="0"/>
            </w:pPr>
            <w:r>
              <w:rPr>
                <w:b/>
                <w:sz w:val="16"/>
              </w:rPr>
              <w:t>MOBIL</w:t>
            </w:r>
            <w:r>
              <w:rPr>
                <w:b/>
                <w:sz w:val="16"/>
              </w:rPr>
              <w:br/>
            </w:r>
            <w:r>
              <w:rPr>
                <w:color w:val="828282"/>
              </w:rPr>
              <w:t>Skriv her</w:t>
            </w:r>
          </w:p>
        </w:tc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543086CA" w14:textId="77777777" w:rsidR="004E28D6" w:rsidRDefault="00167FBF">
            <w:pPr>
              <w:spacing w:after="0"/>
            </w:pPr>
            <w:r>
              <w:rPr>
                <w:b/>
                <w:sz w:val="16"/>
              </w:rPr>
              <w:t>E-MAIL</w:t>
            </w:r>
            <w:r>
              <w:rPr>
                <w:b/>
                <w:sz w:val="16"/>
              </w:rPr>
              <w:br/>
            </w:r>
            <w:r>
              <w:rPr>
                <w:color w:val="828282"/>
              </w:rPr>
              <w:t>Skriv her</w:t>
            </w:r>
          </w:p>
        </w:tc>
      </w:tr>
      <w:tr w:rsidR="004E28D6" w14:paraId="3F3A3A5C" w14:textId="77777777">
        <w:trPr>
          <w:jc w:val="center"/>
        </w:trPr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46BFDC9F" w14:textId="77777777" w:rsidR="004E28D6" w:rsidRDefault="00167FBF">
            <w:pPr>
              <w:spacing w:after="0"/>
            </w:pPr>
            <w:r>
              <w:rPr>
                <w:b/>
                <w:sz w:val="16"/>
              </w:rPr>
              <w:t>DATO</w:t>
            </w:r>
            <w:r>
              <w:rPr>
                <w:b/>
                <w:sz w:val="16"/>
              </w:rPr>
              <w:br/>
            </w:r>
            <w:r>
              <w:rPr>
                <w:color w:val="828282"/>
              </w:rPr>
              <w:t>Skriv her</w:t>
            </w:r>
          </w:p>
        </w:tc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497F99C0" w14:textId="77777777" w:rsidR="004E28D6" w:rsidRDefault="004E28D6"/>
        </w:tc>
      </w:tr>
    </w:tbl>
    <w:p w14:paraId="37DDAC92" w14:textId="77777777" w:rsidR="004E28D6" w:rsidRDefault="004E28D6">
      <w:pPr>
        <w:spacing w:after="20"/>
      </w:pPr>
    </w:p>
    <w:p w14:paraId="0BAF45EC" w14:textId="77777777" w:rsidR="007413C0" w:rsidRDefault="00167FBF">
      <w:pPr>
        <w:spacing w:after="120"/>
        <w:rPr>
          <w:sz w:val="21"/>
          <w:lang w:val="da-DK"/>
        </w:rPr>
      </w:pPr>
      <w:r w:rsidRPr="007413C0">
        <w:rPr>
          <w:b/>
          <w:bCs/>
          <w:sz w:val="21"/>
          <w:lang w:val="da-DK"/>
        </w:rPr>
        <w:t>SKITSE 1 – FÆLDNING / FJERNELSE</w:t>
      </w:r>
      <w:r w:rsidRPr="00215DB8">
        <w:rPr>
          <w:sz w:val="21"/>
          <w:lang w:val="da-DK"/>
        </w:rPr>
        <w:br/>
      </w:r>
    </w:p>
    <w:p w14:paraId="2C822C31" w14:textId="0BB0E02C" w:rsidR="00621D76" w:rsidRDefault="00167FBF">
      <w:pPr>
        <w:spacing w:after="120"/>
        <w:rPr>
          <w:sz w:val="21"/>
          <w:lang w:val="da-DK"/>
        </w:rPr>
      </w:pPr>
      <w:r w:rsidRPr="00215DB8">
        <w:rPr>
          <w:sz w:val="21"/>
          <w:lang w:val="da-DK"/>
        </w:rPr>
        <w:t>Markér med cirkler, krydser, pile eller tekst, hvilke eksisterende træer, buske, hække eller anden beplantning</w:t>
      </w:r>
      <w:r w:rsidR="007413C0">
        <w:rPr>
          <w:sz w:val="21"/>
          <w:lang w:val="da-DK"/>
        </w:rPr>
        <w:t>,</w:t>
      </w:r>
      <w:r w:rsidRPr="00215DB8">
        <w:rPr>
          <w:sz w:val="21"/>
          <w:lang w:val="da-DK"/>
        </w:rPr>
        <w:t xml:space="preserve"> der ønskes fældet eller fjernet.</w:t>
      </w:r>
      <w:r w:rsidR="00517F6B" w:rsidRPr="00215DB8">
        <w:rPr>
          <w:sz w:val="21"/>
          <w:lang w:val="da-DK"/>
        </w:rPr>
        <w:t xml:space="preserve"> </w:t>
      </w:r>
    </w:p>
    <w:p w14:paraId="4E322C03" w14:textId="702DEA4B" w:rsidR="004E28D6" w:rsidRPr="00424E93" w:rsidRDefault="00517F6B">
      <w:pPr>
        <w:spacing w:after="120"/>
        <w:rPr>
          <w:lang w:val="da-DK"/>
        </w:rPr>
      </w:pPr>
      <w:r w:rsidRPr="00424E93">
        <w:rPr>
          <w:b/>
          <w:bCs/>
          <w:i/>
          <w:iCs/>
          <w:sz w:val="21"/>
          <w:lang w:val="da-DK"/>
        </w:rPr>
        <w:t xml:space="preserve">Marker hvor indgangen på </w:t>
      </w:r>
      <w:r w:rsidR="00424E93" w:rsidRPr="00424E93">
        <w:rPr>
          <w:b/>
          <w:bCs/>
          <w:i/>
          <w:iCs/>
          <w:sz w:val="21"/>
          <w:lang w:val="da-DK"/>
        </w:rPr>
        <w:t>h</w:t>
      </w:r>
      <w:r w:rsidRPr="00424E93">
        <w:rPr>
          <w:b/>
          <w:bCs/>
          <w:i/>
          <w:iCs/>
          <w:sz w:val="21"/>
          <w:lang w:val="da-DK"/>
        </w:rPr>
        <w:t>uset er</w:t>
      </w:r>
      <w:r w:rsidR="00424E93" w:rsidRPr="00424E93">
        <w:rPr>
          <w:b/>
          <w:bCs/>
          <w:i/>
          <w:iCs/>
          <w:sz w:val="21"/>
          <w:lang w:val="da-DK"/>
        </w:rPr>
        <w:t xml:space="preserve"> (den ende hvor køkk</w:t>
      </w:r>
      <w:r w:rsidR="00424E93">
        <w:rPr>
          <w:b/>
          <w:bCs/>
          <w:i/>
          <w:iCs/>
          <w:sz w:val="21"/>
          <w:lang w:val="da-DK"/>
        </w:rPr>
        <w:t>enet er placeret) og hvor vejen er.</w:t>
      </w:r>
    </w:p>
    <w:p w14:paraId="75CF5A29" w14:textId="77777777" w:rsidR="004E28D6" w:rsidRDefault="00167FBF">
      <w:pPr>
        <w:spacing w:after="100"/>
        <w:jc w:val="center"/>
      </w:pPr>
      <w:r>
        <w:rPr>
          <w:noProof/>
        </w:rPr>
        <w:drawing>
          <wp:inline distT="0" distB="0" distL="0" distR="0" wp14:anchorId="29420456" wp14:editId="29B3A091">
            <wp:extent cx="6335395" cy="4244340"/>
            <wp:effectExtent l="0" t="0" r="825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tse_faeldning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6003" cy="424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2C664" w14:textId="77777777" w:rsidR="004E28D6" w:rsidRPr="00215DB8" w:rsidRDefault="00167FBF">
      <w:pPr>
        <w:spacing w:after="60"/>
        <w:rPr>
          <w:lang w:val="da-DK"/>
        </w:rPr>
      </w:pPr>
      <w:r w:rsidRPr="00215DB8">
        <w:rPr>
          <w:b/>
          <w:lang w:val="da-DK"/>
        </w:rPr>
        <w:t>EVT. KOMMENTARER / BESKRIVELSE AF DET, I ØNSKER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E28D6" w:rsidRPr="00A96F55" w14:paraId="4EEDA6E2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41A899" w14:textId="77777777" w:rsidR="004E28D6" w:rsidRPr="00215DB8" w:rsidRDefault="004E28D6">
            <w:pPr>
              <w:rPr>
                <w:lang w:val="da-DK"/>
              </w:rPr>
            </w:pPr>
          </w:p>
        </w:tc>
      </w:tr>
      <w:tr w:rsidR="004E28D6" w:rsidRPr="00A96F55" w14:paraId="33756949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819E0" w14:textId="77777777" w:rsidR="004E28D6" w:rsidRPr="00215DB8" w:rsidRDefault="004E28D6">
            <w:pPr>
              <w:rPr>
                <w:lang w:val="da-DK"/>
              </w:rPr>
            </w:pPr>
          </w:p>
        </w:tc>
      </w:tr>
      <w:tr w:rsidR="004E28D6" w:rsidRPr="00A96F55" w14:paraId="689D4083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54F73A" w14:textId="77777777" w:rsidR="004E28D6" w:rsidRPr="00215DB8" w:rsidRDefault="004E28D6">
            <w:pPr>
              <w:rPr>
                <w:lang w:val="da-DK"/>
              </w:rPr>
            </w:pPr>
          </w:p>
        </w:tc>
      </w:tr>
      <w:tr w:rsidR="004E28D6" w:rsidRPr="00A96F55" w14:paraId="47F6ADB0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C0D6A0" w14:textId="77777777" w:rsidR="004E28D6" w:rsidRPr="00215DB8" w:rsidRDefault="004E28D6">
            <w:pPr>
              <w:rPr>
                <w:lang w:val="da-DK"/>
              </w:rPr>
            </w:pPr>
          </w:p>
        </w:tc>
      </w:tr>
    </w:tbl>
    <w:p w14:paraId="0F7F7129" w14:textId="04591150" w:rsidR="004E28D6" w:rsidRPr="00215DB8" w:rsidRDefault="00167FBF" w:rsidP="00A62B3B">
      <w:pPr>
        <w:spacing w:before="60" w:after="0"/>
        <w:jc w:val="center"/>
        <w:rPr>
          <w:lang w:val="da-DK"/>
        </w:rPr>
      </w:pPr>
      <w:r w:rsidRPr="00C1774C">
        <w:rPr>
          <w:i/>
          <w:color w:val="5A5A5A"/>
          <w:szCs w:val="28"/>
          <w:lang w:val="da-DK"/>
        </w:rPr>
        <w:t xml:space="preserve">Tip: Skriv </w:t>
      </w:r>
      <w:r w:rsidR="00C1774C">
        <w:rPr>
          <w:i/>
          <w:color w:val="5A5A5A"/>
          <w:szCs w:val="28"/>
          <w:lang w:val="da-DK"/>
        </w:rPr>
        <w:t>f.eks.</w:t>
      </w:r>
      <w:r w:rsidRPr="00C1774C">
        <w:rPr>
          <w:i/>
          <w:color w:val="5A5A5A"/>
          <w:szCs w:val="28"/>
          <w:lang w:val="da-DK"/>
        </w:rPr>
        <w:t xml:space="preserve"> art, antal, ca. størrelse/højde og årsag, hvis det er relevant.</w:t>
      </w:r>
      <w:r w:rsidRPr="00215DB8">
        <w:rPr>
          <w:lang w:val="da-DK"/>
        </w:rPr>
        <w:br w:type="page"/>
      </w:r>
      <w:r w:rsidRPr="00215DB8">
        <w:rPr>
          <w:b/>
          <w:sz w:val="44"/>
          <w:lang w:val="da-DK"/>
        </w:rPr>
        <w:lastRenderedPageBreak/>
        <w:t>NY BEPLANTNING</w:t>
      </w:r>
    </w:p>
    <w:p w14:paraId="2724E55F" w14:textId="378F2AAD" w:rsidR="004E28D6" w:rsidRPr="00215DB8" w:rsidRDefault="00167FBF" w:rsidP="00A62B3B">
      <w:pPr>
        <w:spacing w:after="0"/>
        <w:jc w:val="center"/>
        <w:rPr>
          <w:lang w:val="da-DK"/>
        </w:rPr>
      </w:pPr>
      <w:r w:rsidRPr="00215DB8">
        <w:rPr>
          <w:b/>
          <w:sz w:val="22"/>
          <w:lang w:val="da-DK"/>
        </w:rPr>
        <w:t>GOLFSVINGET · 9640 FARSØ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A96F55" w14:paraId="34598806" w14:textId="77777777" w:rsidTr="00E47D84">
        <w:trPr>
          <w:jc w:val="center"/>
        </w:trPr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61E8A2EF" w14:textId="77777777" w:rsidR="00A96F55" w:rsidRDefault="00A96F55" w:rsidP="00E47D84">
            <w:pPr>
              <w:spacing w:after="0"/>
            </w:pPr>
            <w:r>
              <w:rPr>
                <w:b/>
                <w:sz w:val="16"/>
              </w:rPr>
              <w:t>HUS NR.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color w:val="828282"/>
              </w:rPr>
              <w:t>Skriv</w:t>
            </w:r>
            <w:proofErr w:type="spellEnd"/>
            <w:r>
              <w:rPr>
                <w:color w:val="828282"/>
              </w:rPr>
              <w:t xml:space="preserve"> her</w:t>
            </w:r>
          </w:p>
        </w:tc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34BF923A" w14:textId="77777777" w:rsidR="00A96F55" w:rsidRDefault="00A96F55" w:rsidP="00E47D84">
            <w:pPr>
              <w:spacing w:after="0"/>
            </w:pPr>
            <w:r>
              <w:rPr>
                <w:b/>
                <w:sz w:val="16"/>
              </w:rPr>
              <w:t>NAVN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color w:val="828282"/>
              </w:rPr>
              <w:t>Skriv</w:t>
            </w:r>
            <w:proofErr w:type="spellEnd"/>
            <w:r>
              <w:rPr>
                <w:color w:val="828282"/>
              </w:rPr>
              <w:t xml:space="preserve"> her</w:t>
            </w:r>
          </w:p>
        </w:tc>
      </w:tr>
      <w:tr w:rsidR="00A96F55" w14:paraId="49084946" w14:textId="77777777" w:rsidTr="00E47D84">
        <w:trPr>
          <w:jc w:val="center"/>
        </w:trPr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69C4168F" w14:textId="77777777" w:rsidR="00A96F55" w:rsidRDefault="00A96F55" w:rsidP="00E47D84">
            <w:pPr>
              <w:spacing w:after="0"/>
            </w:pPr>
            <w:r>
              <w:rPr>
                <w:b/>
                <w:sz w:val="16"/>
              </w:rPr>
              <w:t>MOBIL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color w:val="828282"/>
              </w:rPr>
              <w:t>Skriv</w:t>
            </w:r>
            <w:proofErr w:type="spellEnd"/>
            <w:r>
              <w:rPr>
                <w:color w:val="828282"/>
              </w:rPr>
              <w:t xml:space="preserve"> her</w:t>
            </w:r>
          </w:p>
        </w:tc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22A257A0" w14:textId="77777777" w:rsidR="00A96F55" w:rsidRDefault="00A96F55" w:rsidP="00E47D84">
            <w:pPr>
              <w:spacing w:after="0"/>
            </w:pPr>
            <w:r>
              <w:rPr>
                <w:b/>
                <w:sz w:val="16"/>
              </w:rPr>
              <w:t>E-MAIL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color w:val="828282"/>
              </w:rPr>
              <w:t>Skriv</w:t>
            </w:r>
            <w:proofErr w:type="spellEnd"/>
            <w:r>
              <w:rPr>
                <w:color w:val="828282"/>
              </w:rPr>
              <w:t xml:space="preserve"> her</w:t>
            </w:r>
          </w:p>
        </w:tc>
      </w:tr>
      <w:tr w:rsidR="00A96F55" w14:paraId="68ABC86E" w14:textId="77777777" w:rsidTr="00E47D84">
        <w:trPr>
          <w:jc w:val="center"/>
        </w:trPr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5DEFEC74" w14:textId="77777777" w:rsidR="00A96F55" w:rsidRDefault="00A96F55" w:rsidP="00E47D84">
            <w:pPr>
              <w:spacing w:after="0"/>
            </w:pPr>
            <w:r>
              <w:rPr>
                <w:b/>
                <w:sz w:val="16"/>
              </w:rPr>
              <w:t>DATO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color w:val="828282"/>
              </w:rPr>
              <w:t>Skriv</w:t>
            </w:r>
            <w:proofErr w:type="spellEnd"/>
            <w:r>
              <w:rPr>
                <w:color w:val="828282"/>
              </w:rPr>
              <w:t xml:space="preserve"> her</w:t>
            </w:r>
          </w:p>
        </w:tc>
        <w:tc>
          <w:tcPr>
            <w:tcW w:w="4932" w:type="dxa"/>
            <w:tcBorders>
              <w:top w:val="single" w:sz="5" w:space="0" w:color="D0D0D0"/>
              <w:left w:val="single" w:sz="5" w:space="0" w:color="D0D0D0"/>
              <w:bottom w:val="single" w:sz="5" w:space="0" w:color="D0D0D0"/>
              <w:right w:val="single" w:sz="5" w:space="0" w:color="D0D0D0"/>
            </w:tcBorders>
            <w:tcMar>
              <w:top w:w="60" w:type="dxa"/>
              <w:left w:w="100" w:type="dxa"/>
              <w:bottom w:w="70" w:type="dxa"/>
              <w:right w:w="100" w:type="dxa"/>
            </w:tcMar>
          </w:tcPr>
          <w:p w14:paraId="584EF8CD" w14:textId="77777777" w:rsidR="00A96F55" w:rsidRDefault="00A96F55" w:rsidP="00E47D84"/>
        </w:tc>
      </w:tr>
    </w:tbl>
    <w:p w14:paraId="4D803F2F" w14:textId="77777777" w:rsidR="004E28D6" w:rsidRPr="00215DB8" w:rsidRDefault="004E28D6">
      <w:pPr>
        <w:spacing w:after="20"/>
        <w:rPr>
          <w:lang w:val="da-DK"/>
        </w:rPr>
      </w:pPr>
    </w:p>
    <w:p w14:paraId="1F29F30F" w14:textId="77777777" w:rsidR="00051681" w:rsidRPr="00051681" w:rsidRDefault="00167FBF">
      <w:pPr>
        <w:spacing w:after="120"/>
        <w:rPr>
          <w:b/>
          <w:bCs/>
          <w:sz w:val="21"/>
          <w:lang w:val="da-DK"/>
        </w:rPr>
      </w:pPr>
      <w:r w:rsidRPr="00051681">
        <w:rPr>
          <w:b/>
          <w:bCs/>
          <w:sz w:val="21"/>
          <w:lang w:val="da-DK"/>
        </w:rPr>
        <w:t>SKITSE 2 – HVOR ØNSKES DER PLANTET NYT?</w:t>
      </w:r>
    </w:p>
    <w:p w14:paraId="4C04C777" w14:textId="394FE246" w:rsidR="004E28D6" w:rsidRPr="002636EC" w:rsidRDefault="00167FBF">
      <w:pPr>
        <w:spacing w:after="120"/>
        <w:rPr>
          <w:sz w:val="21"/>
          <w:lang w:val="da-DK"/>
        </w:rPr>
      </w:pPr>
      <w:r w:rsidRPr="00215DB8">
        <w:rPr>
          <w:sz w:val="21"/>
          <w:lang w:val="da-DK"/>
        </w:rPr>
        <w:t>Tegn med cirkler eller andre markeringer, hvor du ønsker ny</w:t>
      </w:r>
      <w:r w:rsidR="004A3EC8">
        <w:rPr>
          <w:sz w:val="21"/>
          <w:lang w:val="da-DK"/>
        </w:rPr>
        <w:t xml:space="preserve"> beplantning. Der leveres en standardløsning, men du kan anføre ønske om </w:t>
      </w:r>
      <w:r w:rsidRPr="00215DB8">
        <w:rPr>
          <w:sz w:val="21"/>
          <w:lang w:val="da-DK"/>
        </w:rPr>
        <w:t>træer, buske, hæk, stauder eller anden beplantning</w:t>
      </w:r>
      <w:r w:rsidR="00AC5D12">
        <w:rPr>
          <w:sz w:val="21"/>
          <w:lang w:val="da-DK"/>
        </w:rPr>
        <w:t xml:space="preserve"> og ønske</w:t>
      </w:r>
      <w:r w:rsidRPr="002636EC">
        <w:rPr>
          <w:sz w:val="21"/>
          <w:lang w:val="da-DK"/>
        </w:rPr>
        <w:t xml:space="preserve"> størrelse</w:t>
      </w:r>
      <w:r w:rsidR="00A62B3B">
        <w:rPr>
          <w:sz w:val="21"/>
          <w:lang w:val="da-DK"/>
        </w:rPr>
        <w:t xml:space="preserve"> (højde/bredde)</w:t>
      </w:r>
      <w:r w:rsidR="00151703">
        <w:rPr>
          <w:sz w:val="21"/>
          <w:lang w:val="da-DK"/>
        </w:rPr>
        <w:t>.</w:t>
      </w:r>
    </w:p>
    <w:p w14:paraId="258F9EAA" w14:textId="19AC2CA2" w:rsidR="00621D76" w:rsidRPr="00621D76" w:rsidRDefault="00621D76">
      <w:pPr>
        <w:spacing w:after="120"/>
        <w:rPr>
          <w:lang w:val="da-DK"/>
        </w:rPr>
      </w:pPr>
      <w:r w:rsidRPr="00424E93">
        <w:rPr>
          <w:b/>
          <w:bCs/>
          <w:i/>
          <w:iCs/>
          <w:sz w:val="21"/>
          <w:lang w:val="da-DK"/>
        </w:rPr>
        <w:t>Marker hvor indgangen på huset er (den ende hvor køkk</w:t>
      </w:r>
      <w:r>
        <w:rPr>
          <w:b/>
          <w:bCs/>
          <w:i/>
          <w:iCs/>
          <w:sz w:val="21"/>
          <w:lang w:val="da-DK"/>
        </w:rPr>
        <w:t>enet er placeret) og hvor vejen er.</w:t>
      </w:r>
    </w:p>
    <w:p w14:paraId="6E64EE74" w14:textId="7D38F0B4" w:rsidR="004E28D6" w:rsidRPr="00A62B3B" w:rsidRDefault="00A62B3B">
      <w:pPr>
        <w:spacing w:after="100"/>
        <w:jc w:val="center"/>
        <w:rPr>
          <w:lang w:val="da-DK"/>
        </w:rPr>
      </w:pPr>
      <w:r>
        <w:rPr>
          <w:noProof/>
        </w:rPr>
        <w:drawing>
          <wp:inline distT="0" distB="0" distL="0" distR="0" wp14:anchorId="62B10AC4" wp14:editId="6D7DA747">
            <wp:extent cx="6335395" cy="387096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tse_ny_beplantning.png"/>
                    <pic:cNvPicPr/>
                  </pic:nvPicPr>
                  <pic:blipFill rotWithShape="1">
                    <a:blip r:embed="rId7"/>
                    <a:srcRect t="6236" b="5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387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CCA42" w14:textId="77777777" w:rsidR="004E28D6" w:rsidRPr="00215DB8" w:rsidRDefault="00167FBF">
      <w:pPr>
        <w:spacing w:after="60"/>
        <w:rPr>
          <w:lang w:val="da-DK"/>
        </w:rPr>
      </w:pPr>
      <w:r w:rsidRPr="00215DB8">
        <w:rPr>
          <w:b/>
          <w:lang w:val="da-DK"/>
        </w:rPr>
        <w:t>EVT. KOMMENTARER / BESKRIVELSE AF DET, I ØNSKER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E28D6" w:rsidRPr="00A96F55" w14:paraId="57287E64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881208" w14:textId="77777777" w:rsidR="004E28D6" w:rsidRPr="00215DB8" w:rsidRDefault="004E28D6">
            <w:pPr>
              <w:rPr>
                <w:lang w:val="da-DK"/>
              </w:rPr>
            </w:pPr>
          </w:p>
        </w:tc>
      </w:tr>
      <w:tr w:rsidR="004E28D6" w:rsidRPr="00A96F55" w14:paraId="701A7D5F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85B917" w14:textId="77777777" w:rsidR="004E28D6" w:rsidRPr="00215DB8" w:rsidRDefault="004E28D6">
            <w:pPr>
              <w:rPr>
                <w:lang w:val="da-DK"/>
              </w:rPr>
            </w:pPr>
          </w:p>
        </w:tc>
      </w:tr>
      <w:tr w:rsidR="004E28D6" w:rsidRPr="00A96F55" w14:paraId="5B6E6897" w14:textId="77777777">
        <w:trPr>
          <w:trHeight w:val="425"/>
          <w:jc w:val="center"/>
        </w:trPr>
        <w:tc>
          <w:tcPr>
            <w:tcW w:w="10092" w:type="dxa"/>
            <w:tcBorders>
              <w:top w:val="single" w:sz="5" w:space="0" w:color="B5B5B5"/>
              <w:left w:val="single" w:sz="5" w:space="0" w:color="B5B5B5"/>
              <w:bottom w:val="single" w:sz="5" w:space="0" w:color="B5B5B5"/>
              <w:right w:val="single" w:sz="5" w:space="0" w:color="B5B5B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A5B71B" w14:textId="77777777" w:rsidR="004E28D6" w:rsidRPr="00215DB8" w:rsidRDefault="004E28D6">
            <w:pPr>
              <w:rPr>
                <w:lang w:val="da-DK"/>
              </w:rPr>
            </w:pPr>
          </w:p>
        </w:tc>
      </w:tr>
    </w:tbl>
    <w:p w14:paraId="0B809050" w14:textId="20FC2B09" w:rsidR="009F36F1" w:rsidRPr="00215DB8" w:rsidRDefault="00167FBF" w:rsidP="00E31899">
      <w:pPr>
        <w:spacing w:before="60" w:after="0"/>
        <w:rPr>
          <w:lang w:val="da-DK"/>
        </w:rPr>
      </w:pPr>
      <w:r w:rsidRPr="00215DB8">
        <w:rPr>
          <w:lang w:val="da-DK"/>
        </w:rPr>
        <w:t>Tip: Skriv gerne, hvis du ønsker den højeste standardløsning (som normalt placeres mod nord).</w:t>
      </w:r>
    </w:p>
    <w:p w14:paraId="2B42F46B" w14:textId="1CAB76E4" w:rsidR="009F36F1" w:rsidRPr="00215DB8" w:rsidRDefault="009F36F1" w:rsidP="00E31899">
      <w:pPr>
        <w:spacing w:before="60" w:after="0"/>
        <w:jc w:val="center"/>
        <w:rPr>
          <w:rStyle w:val="Strk"/>
          <w:b w:val="0"/>
          <w:bCs w:val="0"/>
          <w:lang w:val="da-DK"/>
        </w:rPr>
      </w:pPr>
      <w:r w:rsidRPr="005437F5">
        <w:rPr>
          <w:b/>
          <w:bCs/>
          <w:sz w:val="36"/>
          <w:szCs w:val="40"/>
          <w:lang w:val="da-DK"/>
        </w:rPr>
        <w:t>☐</w:t>
      </w:r>
      <w:r w:rsidRPr="00215DB8">
        <w:rPr>
          <w:b/>
          <w:bCs/>
          <w:lang w:val="da-DK"/>
        </w:rPr>
        <w:t xml:space="preserve"> </w:t>
      </w:r>
      <w:r w:rsidRPr="00E31899">
        <w:rPr>
          <w:rStyle w:val="Strk"/>
          <w:b w:val="0"/>
          <w:bCs w:val="0"/>
          <w:lang w:val="da-DK"/>
        </w:rPr>
        <w:t>Jeg/vi ønsker sået græs, hvor der er ryddet træer/buske/hæk (dvs. der kommer ikke beplantning samme sted igen)</w:t>
      </w:r>
    </w:p>
    <w:p w14:paraId="3E072689" w14:textId="0BAB8ADF" w:rsidR="009F36F1" w:rsidRPr="00215DB8" w:rsidRDefault="009F36F1" w:rsidP="00E31899">
      <w:pPr>
        <w:spacing w:before="60" w:after="0"/>
        <w:rPr>
          <w:b/>
          <w:bCs/>
          <w:lang w:val="da-DK"/>
        </w:rPr>
      </w:pPr>
      <w:r w:rsidRPr="00215DB8">
        <w:rPr>
          <w:b/>
          <w:bCs/>
          <w:lang w:val="da-DK"/>
        </w:rPr>
        <w:t xml:space="preserve"> </w:t>
      </w:r>
      <w:r w:rsidRPr="005437F5">
        <w:rPr>
          <w:b/>
          <w:bCs/>
          <w:sz w:val="36"/>
          <w:szCs w:val="40"/>
          <w:lang w:val="da-DK"/>
        </w:rPr>
        <w:t xml:space="preserve">☐ </w:t>
      </w:r>
      <w:r w:rsidRPr="00215DB8">
        <w:rPr>
          <w:rStyle w:val="Strk"/>
          <w:b w:val="0"/>
          <w:bCs w:val="0"/>
          <w:lang w:val="da-DK"/>
        </w:rPr>
        <w:t>Ovenstående beskrivelse er afstemt med naboen</w:t>
      </w:r>
      <w:r w:rsidR="00EE7AF7">
        <w:rPr>
          <w:rStyle w:val="Strk"/>
          <w:b w:val="0"/>
          <w:bCs w:val="0"/>
          <w:lang w:val="da-DK"/>
        </w:rPr>
        <w:t xml:space="preserve"> (navn og </w:t>
      </w:r>
      <w:proofErr w:type="spellStart"/>
      <w:r w:rsidR="00EE7AF7">
        <w:rPr>
          <w:rStyle w:val="Strk"/>
          <w:b w:val="0"/>
          <w:bCs w:val="0"/>
          <w:lang w:val="da-DK"/>
        </w:rPr>
        <w:t>husnr</w:t>
      </w:r>
      <w:proofErr w:type="spellEnd"/>
      <w:r w:rsidR="00EE7AF7">
        <w:rPr>
          <w:rStyle w:val="Strk"/>
          <w:b w:val="0"/>
          <w:bCs w:val="0"/>
          <w:lang w:val="da-DK"/>
        </w:rPr>
        <w:t>. på nabo) __________________________________</w:t>
      </w:r>
      <w:r w:rsidRPr="00215DB8">
        <w:rPr>
          <w:rStyle w:val="Strk"/>
          <w:b w:val="0"/>
          <w:bCs w:val="0"/>
          <w:lang w:val="da-DK"/>
        </w:rPr>
        <w:t>.</w:t>
      </w:r>
    </w:p>
    <w:p w14:paraId="1D610A6E" w14:textId="13324EB7" w:rsidR="002636EC" w:rsidRDefault="002636EC">
      <w:pPr>
        <w:rPr>
          <w:b/>
          <w:bCs/>
          <w:lang w:val="da-DK"/>
        </w:rPr>
      </w:pPr>
    </w:p>
    <w:p w14:paraId="3C07FA5D" w14:textId="687D6A63" w:rsidR="002636EC" w:rsidRPr="002636EC" w:rsidRDefault="002636EC" w:rsidP="002636EC">
      <w:pPr>
        <w:spacing w:before="60"/>
        <w:jc w:val="center"/>
        <w:rPr>
          <w:b/>
          <w:bCs/>
          <w:sz w:val="48"/>
          <w:szCs w:val="48"/>
          <w:lang w:val="da-DK"/>
        </w:rPr>
      </w:pPr>
      <w:r w:rsidRPr="002636EC">
        <w:rPr>
          <w:b/>
          <w:bCs/>
          <w:sz w:val="48"/>
          <w:szCs w:val="48"/>
          <w:lang w:val="da-DK"/>
        </w:rPr>
        <w:lastRenderedPageBreak/>
        <w:t>B</w:t>
      </w:r>
      <w:r w:rsidR="00B55006">
        <w:rPr>
          <w:b/>
          <w:bCs/>
          <w:sz w:val="48"/>
          <w:szCs w:val="48"/>
          <w:lang w:val="da-DK"/>
        </w:rPr>
        <w:t>ESKÆRING</w:t>
      </w:r>
      <w:r w:rsidRPr="002636EC">
        <w:rPr>
          <w:b/>
          <w:bCs/>
          <w:sz w:val="48"/>
          <w:szCs w:val="48"/>
          <w:lang w:val="da-DK"/>
        </w:rPr>
        <w:t xml:space="preserve"> 202</w:t>
      </w:r>
      <w:r w:rsidR="00053C89">
        <w:rPr>
          <w:b/>
          <w:bCs/>
          <w:sz w:val="48"/>
          <w:szCs w:val="48"/>
          <w:lang w:val="da-DK"/>
        </w:rPr>
        <w:t>6</w:t>
      </w:r>
    </w:p>
    <w:p w14:paraId="25074439" w14:textId="7106C605" w:rsidR="001448D9" w:rsidRPr="001448D9" w:rsidRDefault="001448D9" w:rsidP="001448D9">
      <w:pPr>
        <w:spacing w:after="120"/>
        <w:rPr>
          <w:b/>
          <w:bCs/>
          <w:sz w:val="21"/>
          <w:lang w:val="da-DK"/>
        </w:rPr>
      </w:pPr>
      <w:r w:rsidRPr="00051681">
        <w:rPr>
          <w:b/>
          <w:bCs/>
          <w:sz w:val="21"/>
          <w:lang w:val="da-DK"/>
        </w:rPr>
        <w:t xml:space="preserve">SKITSE </w:t>
      </w:r>
      <w:r>
        <w:rPr>
          <w:b/>
          <w:bCs/>
          <w:sz w:val="21"/>
          <w:lang w:val="da-DK"/>
        </w:rPr>
        <w:t>3</w:t>
      </w:r>
      <w:r w:rsidRPr="00051681">
        <w:rPr>
          <w:b/>
          <w:bCs/>
          <w:sz w:val="21"/>
          <w:lang w:val="da-DK"/>
        </w:rPr>
        <w:t xml:space="preserve"> – </w:t>
      </w:r>
      <w:r>
        <w:rPr>
          <w:b/>
          <w:bCs/>
          <w:sz w:val="21"/>
          <w:lang w:val="da-DK"/>
        </w:rPr>
        <w:t>ØNSKER TIL BESKÆRING</w:t>
      </w:r>
    </w:p>
    <w:p w14:paraId="191C99D4" w14:textId="31FBD42B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 xml:space="preserve">Ønsker du/I hækklipning og beskæring af hække samt små planter omkring jeres hus, </w:t>
      </w:r>
      <w:r w:rsidR="00053C89">
        <w:rPr>
          <w:lang w:val="da-DK"/>
        </w:rPr>
        <w:t>så udfyld</w:t>
      </w:r>
    </w:p>
    <w:p w14:paraId="381A7A80" w14:textId="77777777" w:rsidR="00663C9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 xml:space="preserve">nedenstående </w:t>
      </w:r>
      <w:r w:rsidR="00053C89">
        <w:rPr>
          <w:lang w:val="da-DK"/>
        </w:rPr>
        <w:t xml:space="preserve">og send den til </w:t>
      </w:r>
      <w:hyperlink r:id="rId8" w:history="1">
        <w:r w:rsidR="00663C9C" w:rsidRPr="00812393">
          <w:rPr>
            <w:rStyle w:val="Hyperlink"/>
            <w:lang w:val="da-DK"/>
          </w:rPr>
          <w:t>hiobogholderi@gmail.com</w:t>
        </w:r>
      </w:hyperlink>
      <w:r w:rsidR="00663C9C">
        <w:rPr>
          <w:lang w:val="da-DK"/>
        </w:rPr>
        <w:t xml:space="preserve"> eller aflever den til Maria inden for hendes åbningstid.</w:t>
      </w:r>
    </w:p>
    <w:p w14:paraId="133EA05A" w14:textId="6DF5F146" w:rsidR="00663C9C" w:rsidRDefault="00663C9C" w:rsidP="002636EC">
      <w:pPr>
        <w:spacing w:before="60"/>
        <w:rPr>
          <w:lang w:val="da-DK"/>
        </w:rPr>
      </w:pPr>
      <w:r>
        <w:rPr>
          <w:lang w:val="da-DK"/>
        </w:rPr>
        <w:t>SENEST TORSDAG, 30. OKTOBER 2026.</w:t>
      </w:r>
    </w:p>
    <w:p w14:paraId="11F5F020" w14:textId="77777777" w:rsidR="002636EC" w:rsidRPr="002636EC" w:rsidRDefault="002636EC" w:rsidP="002636EC">
      <w:pPr>
        <w:spacing w:before="60"/>
        <w:rPr>
          <w:lang w:val="da-DK"/>
        </w:rPr>
      </w:pPr>
    </w:p>
    <w:p w14:paraId="2A77F2BF" w14:textId="6D137560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Ønsker indgivet efter den 3</w:t>
      </w:r>
      <w:r w:rsidR="00494648">
        <w:rPr>
          <w:lang w:val="da-DK"/>
        </w:rPr>
        <w:t>0</w:t>
      </w:r>
      <w:r w:rsidRPr="002636EC">
        <w:rPr>
          <w:lang w:val="da-DK"/>
        </w:rPr>
        <w:t>.10.2026 vil ikke kunne imødekommes.</w:t>
      </w:r>
    </w:p>
    <w:p w14:paraId="56A85BCF" w14:textId="77777777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Græshoppen påtager sig udelukkende hækklipning/beskæring på de enkelte husejeres matrikler.</w:t>
      </w:r>
    </w:p>
    <w:p w14:paraId="13D6E68C" w14:textId="1B6339DE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 xml:space="preserve">Ønsker om beskæring på grundejernes fællesarealer, </w:t>
      </w:r>
      <w:r w:rsidR="00494648">
        <w:rPr>
          <w:lang w:val="da-DK"/>
        </w:rPr>
        <w:t xml:space="preserve">skal indmeldes </w:t>
      </w:r>
      <w:r w:rsidR="00D87BB4">
        <w:rPr>
          <w:lang w:val="da-DK"/>
        </w:rPr>
        <w:t xml:space="preserve">på skitse 1 udsendt 13. oktober 2026. </w:t>
      </w:r>
    </w:p>
    <w:p w14:paraId="3657543D" w14:textId="77777777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-----------------------------------------------------------------------------------------------------------------------------</w:t>
      </w:r>
    </w:p>
    <w:p w14:paraId="4F4777A9" w14:textId="466A6048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Her på nedenstående skitse skal I angive, hvor på grunden beskæring og klipning skal ske i forhold til,</w:t>
      </w:r>
    </w:p>
    <w:p w14:paraId="03C65D86" w14:textId="77777777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hvor køkken og stue er placeret i huset. Hvis der er ønske til klippehøjde, påføres dette også.</w:t>
      </w:r>
    </w:p>
    <w:p w14:paraId="6BFE89F6" w14:textId="1F1F0A60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HUSNR.</w:t>
      </w:r>
      <w:r w:rsidR="005619AE">
        <w:rPr>
          <w:lang w:val="da-DK"/>
        </w:rPr>
        <w:t xml:space="preserve"> </w:t>
      </w:r>
      <w:r w:rsidRPr="002636EC">
        <w:rPr>
          <w:lang w:val="da-DK"/>
        </w:rPr>
        <w:t>_______________________________ DATO________________________________</w:t>
      </w:r>
    </w:p>
    <w:p w14:paraId="1EFF899F" w14:textId="46302226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EJERS NAVN ___________________________</w:t>
      </w:r>
      <w:r w:rsidR="005619AE">
        <w:rPr>
          <w:lang w:val="da-DK"/>
        </w:rPr>
        <w:t>____________</w:t>
      </w:r>
      <w:r w:rsidRPr="002636EC">
        <w:rPr>
          <w:lang w:val="da-DK"/>
        </w:rPr>
        <w:t>______________________________________</w:t>
      </w:r>
    </w:p>
    <w:p w14:paraId="4C4F57ED" w14:textId="77777777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MAILADRESSE ___________________________________________ TLF.____________________________</w:t>
      </w:r>
    </w:p>
    <w:p w14:paraId="1AECFDA9" w14:textId="77777777" w:rsidR="002636EC" w:rsidRPr="002636EC" w:rsidRDefault="002636EC" w:rsidP="002636EC">
      <w:pPr>
        <w:spacing w:before="60"/>
        <w:rPr>
          <w:lang w:val="da-DK"/>
        </w:rPr>
      </w:pPr>
    </w:p>
    <w:p w14:paraId="10CBF8B7" w14:textId="77777777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Ønsker selv at foretage hækklipning/beskæring (sæt kryds) ____________________________</w:t>
      </w:r>
    </w:p>
    <w:p w14:paraId="7C11406B" w14:textId="2EF7E5B4" w:rsidR="002636EC" w:rsidRP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Bemærkning/ønsker</w:t>
      </w:r>
      <w:r w:rsidR="007951A0">
        <w:rPr>
          <w:lang w:val="da-DK"/>
        </w:rPr>
        <w:t>/</w:t>
      </w:r>
      <w:r w:rsidRPr="002636EC">
        <w:rPr>
          <w:lang w:val="da-DK"/>
        </w:rPr>
        <w:t>yderligere info_________________________________________________</w:t>
      </w:r>
      <w:r w:rsidR="00016C2D">
        <w:rPr>
          <w:lang w:val="da-DK"/>
        </w:rPr>
        <w:t>______________</w:t>
      </w:r>
      <w:r w:rsidRPr="002636EC">
        <w:rPr>
          <w:lang w:val="da-DK"/>
        </w:rPr>
        <w:t>_______</w:t>
      </w:r>
    </w:p>
    <w:p w14:paraId="3CE15510" w14:textId="65F07212" w:rsidR="002636EC" w:rsidRDefault="002636EC" w:rsidP="002636EC">
      <w:pPr>
        <w:spacing w:before="60"/>
        <w:rPr>
          <w:lang w:val="da-DK"/>
        </w:rPr>
      </w:pPr>
      <w:r w:rsidRPr="002636EC">
        <w:rPr>
          <w:lang w:val="da-DK"/>
        </w:rPr>
        <w:t>_________________________________________________________________________________________</w:t>
      </w:r>
      <w:r w:rsidR="00016C2D">
        <w:rPr>
          <w:lang w:val="da-DK"/>
        </w:rPr>
        <w:t>______________</w:t>
      </w:r>
    </w:p>
    <w:p w14:paraId="5EBA41AD" w14:textId="0EC4EB62" w:rsidR="00562366" w:rsidRDefault="00562366" w:rsidP="002636EC">
      <w:pPr>
        <w:spacing w:before="60"/>
        <w:rPr>
          <w:lang w:val="da-DK"/>
        </w:rPr>
      </w:pPr>
      <w:r>
        <w:rPr>
          <w:lang w:val="da-DK"/>
        </w:rPr>
        <w:t>_________________________________________________________________________________________</w:t>
      </w:r>
      <w:r w:rsidR="00016C2D">
        <w:rPr>
          <w:lang w:val="da-DK"/>
        </w:rPr>
        <w:t>______________</w:t>
      </w:r>
    </w:p>
    <w:p w14:paraId="487D7856" w14:textId="77777777" w:rsidR="00D6454B" w:rsidRDefault="00D6454B" w:rsidP="000D004A">
      <w:pPr>
        <w:spacing w:before="60"/>
        <w:ind w:left="3600" w:firstLine="720"/>
        <w:rPr>
          <w:lang w:val="da-DK"/>
        </w:rPr>
      </w:pPr>
    </w:p>
    <w:p w14:paraId="26C0830C" w14:textId="13C0049B" w:rsidR="000D004A" w:rsidRPr="002636EC" w:rsidRDefault="002636EC" w:rsidP="000D004A">
      <w:pPr>
        <w:spacing w:before="60"/>
        <w:ind w:left="3600" w:firstLine="720"/>
        <w:rPr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7C6CF" wp14:editId="0FFCCB86">
                <wp:simplePos x="0" y="0"/>
                <wp:positionH relativeFrom="column">
                  <wp:posOffset>60325</wp:posOffset>
                </wp:positionH>
                <wp:positionV relativeFrom="paragraph">
                  <wp:posOffset>17780</wp:posOffset>
                </wp:positionV>
                <wp:extent cx="5894070" cy="2998470"/>
                <wp:effectExtent l="57150" t="19050" r="68580" b="87630"/>
                <wp:wrapNone/>
                <wp:docPr id="102553550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070" cy="29984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52E69" id="Rektangel 2" o:spid="_x0000_s1026" style="position:absolute;margin-left:4.75pt;margin-top:1.4pt;width:464.1pt;height:23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0D004A" w:rsidRPr="000D004A">
        <w:rPr>
          <w:lang w:val="da-DK"/>
        </w:rPr>
        <w:t xml:space="preserve"> </w:t>
      </w:r>
      <w:r w:rsidR="000D004A" w:rsidRPr="002636EC">
        <w:rPr>
          <w:lang w:val="da-DK"/>
        </w:rPr>
        <w:t>Grund</w:t>
      </w:r>
    </w:p>
    <w:p w14:paraId="2B891AF5" w14:textId="42702453" w:rsidR="002636EC" w:rsidRPr="002636EC" w:rsidRDefault="002636EC" w:rsidP="002636EC">
      <w:pPr>
        <w:spacing w:before="60"/>
        <w:rPr>
          <w:lang w:val="da-DK"/>
        </w:rPr>
      </w:pPr>
    </w:p>
    <w:p w14:paraId="244C0B4E" w14:textId="53C05585" w:rsidR="002636EC" w:rsidRPr="002636EC" w:rsidRDefault="000D004A" w:rsidP="002636EC">
      <w:pPr>
        <w:spacing w:before="60"/>
        <w:ind w:left="3600" w:firstLine="720"/>
        <w:rPr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456BEE" wp14:editId="2A63FA00">
                <wp:simplePos x="0" y="0"/>
                <wp:positionH relativeFrom="column">
                  <wp:posOffset>1509395</wp:posOffset>
                </wp:positionH>
                <wp:positionV relativeFrom="paragraph">
                  <wp:posOffset>259080</wp:posOffset>
                </wp:positionV>
                <wp:extent cx="2753360" cy="972820"/>
                <wp:effectExtent l="57150" t="19050" r="85090" b="93980"/>
                <wp:wrapNone/>
                <wp:docPr id="28271373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3360" cy="9728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61A7D" id="Rektangel 2" o:spid="_x0000_s1026" style="position:absolute;margin-left:118.85pt;margin-top:20.4pt;width:216.8pt;height:7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2636EC" w:rsidRPr="002636EC">
        <w:rPr>
          <w:lang w:val="da-DK"/>
        </w:rPr>
        <w:t>Hus</w:t>
      </w:r>
    </w:p>
    <w:p w14:paraId="145A8774" w14:textId="77777777" w:rsidR="002636EC" w:rsidRPr="002636EC" w:rsidRDefault="002636EC" w:rsidP="002636EC">
      <w:pPr>
        <w:spacing w:before="60"/>
        <w:rPr>
          <w:lang w:val="da-DK"/>
        </w:rPr>
      </w:pPr>
    </w:p>
    <w:p w14:paraId="700B37FE" w14:textId="77777777" w:rsidR="002636EC" w:rsidRPr="002636EC" w:rsidRDefault="002636EC" w:rsidP="002636EC">
      <w:pPr>
        <w:spacing w:before="60"/>
        <w:rPr>
          <w:lang w:val="da-DK"/>
        </w:rPr>
      </w:pPr>
    </w:p>
    <w:p w14:paraId="796FF6B8" w14:textId="77777777" w:rsidR="002636EC" w:rsidRPr="002636EC" w:rsidRDefault="002636EC" w:rsidP="002636EC">
      <w:pPr>
        <w:spacing w:before="60"/>
        <w:rPr>
          <w:lang w:val="da-DK"/>
        </w:rPr>
      </w:pPr>
    </w:p>
    <w:sectPr w:rsidR="002636EC" w:rsidRPr="002636E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3677541">
    <w:abstractNumId w:val="8"/>
  </w:num>
  <w:num w:numId="2" w16cid:durableId="1258828014">
    <w:abstractNumId w:val="6"/>
  </w:num>
  <w:num w:numId="3" w16cid:durableId="1289775389">
    <w:abstractNumId w:val="5"/>
  </w:num>
  <w:num w:numId="4" w16cid:durableId="1651246191">
    <w:abstractNumId w:val="4"/>
  </w:num>
  <w:num w:numId="5" w16cid:durableId="2130320444">
    <w:abstractNumId w:val="7"/>
  </w:num>
  <w:num w:numId="6" w16cid:durableId="47263724">
    <w:abstractNumId w:val="3"/>
  </w:num>
  <w:num w:numId="7" w16cid:durableId="1601722365">
    <w:abstractNumId w:val="2"/>
  </w:num>
  <w:num w:numId="8" w16cid:durableId="1271166516">
    <w:abstractNumId w:val="1"/>
  </w:num>
  <w:num w:numId="9" w16cid:durableId="1620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C2D"/>
    <w:rsid w:val="00034616"/>
    <w:rsid w:val="00051681"/>
    <w:rsid w:val="00053C89"/>
    <w:rsid w:val="0006063C"/>
    <w:rsid w:val="000D004A"/>
    <w:rsid w:val="001448D9"/>
    <w:rsid w:val="00146F60"/>
    <w:rsid w:val="0015074B"/>
    <w:rsid w:val="00151703"/>
    <w:rsid w:val="001563A2"/>
    <w:rsid w:val="00167FBF"/>
    <w:rsid w:val="00215DB8"/>
    <w:rsid w:val="002636EC"/>
    <w:rsid w:val="0029639D"/>
    <w:rsid w:val="00326F90"/>
    <w:rsid w:val="00424E93"/>
    <w:rsid w:val="00494648"/>
    <w:rsid w:val="004A3EC8"/>
    <w:rsid w:val="004E28D6"/>
    <w:rsid w:val="00517F6B"/>
    <w:rsid w:val="005437F5"/>
    <w:rsid w:val="005619AE"/>
    <w:rsid w:val="00562366"/>
    <w:rsid w:val="00612FF6"/>
    <w:rsid w:val="00621D76"/>
    <w:rsid w:val="00663C9C"/>
    <w:rsid w:val="007413C0"/>
    <w:rsid w:val="007951A0"/>
    <w:rsid w:val="00986E8C"/>
    <w:rsid w:val="009B056C"/>
    <w:rsid w:val="009F36F1"/>
    <w:rsid w:val="00A62B3B"/>
    <w:rsid w:val="00A96F55"/>
    <w:rsid w:val="00AA1D8D"/>
    <w:rsid w:val="00AC5D12"/>
    <w:rsid w:val="00B47730"/>
    <w:rsid w:val="00B55006"/>
    <w:rsid w:val="00BF71A0"/>
    <w:rsid w:val="00C1774C"/>
    <w:rsid w:val="00CB0664"/>
    <w:rsid w:val="00D6454B"/>
    <w:rsid w:val="00D87BB4"/>
    <w:rsid w:val="00D97D21"/>
    <w:rsid w:val="00E31899"/>
    <w:rsid w:val="00EB4534"/>
    <w:rsid w:val="00EE7A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95B92"/>
  <w14:defaultImageDpi w14:val="300"/>
  <w15:docId w15:val="{14533EA9-A371-C84B-92D4-5F563E84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663C9C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63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obogholderi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419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Helle Sofie Kaspersen</cp:lastModifiedBy>
  <cp:revision>35</cp:revision>
  <dcterms:created xsi:type="dcterms:W3CDTF">2013-12-23T23:15:00Z</dcterms:created>
  <dcterms:modified xsi:type="dcterms:W3CDTF">2026-10-13T08:27:00Z</dcterms:modified>
  <cp:category/>
</cp:coreProperties>
</file>